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E03936" w14:textId="77777777" w:rsidR="004C2CC8" w:rsidRDefault="004C2CC8">
      <w:pPr>
        <w:spacing w:after="0"/>
        <w:jc w:val="center"/>
        <w:rPr>
          <w:b/>
          <w:sz w:val="26"/>
        </w:rPr>
      </w:pPr>
    </w:p>
    <w:p w14:paraId="377D4615" w14:textId="40E8DFD8" w:rsidR="00E3338C" w:rsidRDefault="00000000">
      <w:pPr>
        <w:spacing w:after="0"/>
        <w:jc w:val="center"/>
      </w:pPr>
      <w:r>
        <w:rPr>
          <w:b/>
          <w:sz w:val="26"/>
        </w:rPr>
        <w:t>PEMERINTAH KABUPATEN SUBANG</w:t>
      </w:r>
    </w:p>
    <w:p w14:paraId="5BF65F15" w14:textId="77777777" w:rsidR="00E3338C" w:rsidRDefault="00000000">
      <w:pPr>
        <w:spacing w:after="0"/>
        <w:jc w:val="center"/>
      </w:pPr>
      <w:r>
        <w:rPr>
          <w:b/>
          <w:sz w:val="26"/>
        </w:rPr>
        <w:t>KECAMATAN TANJUNGSIANG</w:t>
      </w:r>
    </w:p>
    <w:p w14:paraId="15AA7F19" w14:textId="77777777" w:rsidR="00E3338C" w:rsidRDefault="00000000">
      <w:pPr>
        <w:spacing w:after="0"/>
        <w:jc w:val="center"/>
      </w:pPr>
      <w:r>
        <w:rPr>
          <w:b/>
          <w:sz w:val="30"/>
        </w:rPr>
        <w:t>DESA GANDASOLI</w:t>
      </w:r>
    </w:p>
    <w:p w14:paraId="48DAAD16" w14:textId="77777777" w:rsidR="00E3338C" w:rsidRDefault="00000000">
      <w:pPr>
        <w:pBdr>
          <w:bottom w:val="double" w:sz="6" w:space="1" w:color="auto"/>
        </w:pBdr>
        <w:spacing w:after="0"/>
        <w:jc w:val="center"/>
      </w:pPr>
      <w:r>
        <w:rPr>
          <w:sz w:val="20"/>
        </w:rPr>
        <w:t>Alamat : Jl. Desa Gandasoli No. 6 - Kode Pos 41284</w:t>
      </w:r>
    </w:p>
    <w:p w14:paraId="105A4967" w14:textId="77777777" w:rsidR="004C2CC8" w:rsidRDefault="004C2CC8" w:rsidP="004C2CC8">
      <w:pPr>
        <w:pStyle w:val="NoSpacing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14:paraId="0F9D1B50" w14:textId="6E24AEFE" w:rsidR="00E3338C" w:rsidRPr="004C2CC8" w:rsidRDefault="00000000" w:rsidP="004C2CC8">
      <w:pPr>
        <w:pStyle w:val="NoSpacing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4C2CC8">
        <w:rPr>
          <w:rFonts w:ascii="Arial" w:hAnsi="Arial" w:cs="Arial"/>
          <w:b/>
          <w:bCs/>
          <w:u w:val="single"/>
        </w:rPr>
        <w:t>SURAT KETERANGAN DOMISILI</w:t>
      </w:r>
    </w:p>
    <w:p w14:paraId="192D7F04" w14:textId="6DC43FE3" w:rsidR="00E3338C" w:rsidRPr="004C2CC8" w:rsidRDefault="00000000" w:rsidP="004C2CC8">
      <w:pPr>
        <w:pStyle w:val="NoSpacing"/>
        <w:spacing w:line="360" w:lineRule="auto"/>
        <w:jc w:val="center"/>
        <w:rPr>
          <w:rFonts w:ascii="Arial" w:hAnsi="Arial" w:cs="Arial"/>
        </w:rPr>
      </w:pPr>
      <w:proofErr w:type="gramStart"/>
      <w:r w:rsidRPr="004C2CC8">
        <w:rPr>
          <w:rFonts w:ascii="Arial" w:hAnsi="Arial" w:cs="Arial"/>
        </w:rPr>
        <w:t>Nomor :</w:t>
      </w:r>
      <w:proofErr w:type="gramEnd"/>
      <w:r w:rsidRPr="004C2CC8">
        <w:rPr>
          <w:rFonts w:ascii="Arial" w:hAnsi="Arial" w:cs="Arial"/>
        </w:rPr>
        <w:t xml:space="preserve"> ......</w:t>
      </w:r>
      <w:r w:rsidR="004C2CC8">
        <w:rPr>
          <w:rFonts w:ascii="Arial" w:hAnsi="Arial" w:cs="Arial"/>
        </w:rPr>
        <w:t>...</w:t>
      </w:r>
      <w:r w:rsidRPr="004C2CC8">
        <w:rPr>
          <w:rFonts w:ascii="Arial" w:hAnsi="Arial" w:cs="Arial"/>
        </w:rPr>
        <w:t xml:space="preserve">. </w:t>
      </w:r>
      <w:r w:rsidR="004C2CC8">
        <w:rPr>
          <w:rFonts w:ascii="Arial" w:hAnsi="Arial" w:cs="Arial"/>
        </w:rPr>
        <w:t>…………………………………..</w:t>
      </w:r>
    </w:p>
    <w:p w14:paraId="7FA65903" w14:textId="77777777" w:rsidR="004C2CC8" w:rsidRPr="004C2CC8" w:rsidRDefault="004C2CC8" w:rsidP="004C2CC8">
      <w:pPr>
        <w:pStyle w:val="NoSpacing"/>
        <w:rPr>
          <w:rFonts w:ascii="Arial" w:hAnsi="Arial" w:cs="Arial"/>
        </w:rPr>
      </w:pPr>
    </w:p>
    <w:p w14:paraId="016E83B7" w14:textId="7725C93E" w:rsidR="00E3338C" w:rsidRDefault="00000000" w:rsidP="00FD7051">
      <w:pPr>
        <w:pStyle w:val="NoSpacing"/>
        <w:spacing w:line="276" w:lineRule="auto"/>
        <w:jc w:val="both"/>
        <w:rPr>
          <w:rFonts w:ascii="Arial" w:hAnsi="Arial" w:cs="Arial"/>
        </w:rPr>
      </w:pPr>
      <w:r w:rsidRPr="004C2CC8">
        <w:rPr>
          <w:rFonts w:ascii="Arial" w:hAnsi="Arial" w:cs="Arial"/>
        </w:rPr>
        <w:t xml:space="preserve">Yang </w:t>
      </w:r>
      <w:proofErr w:type="spellStart"/>
      <w:r w:rsidRPr="004C2CC8">
        <w:rPr>
          <w:rFonts w:ascii="Arial" w:hAnsi="Arial" w:cs="Arial"/>
        </w:rPr>
        <w:t>bertanda</w:t>
      </w:r>
      <w:proofErr w:type="spellEnd"/>
      <w:r w:rsidRPr="004C2CC8">
        <w:rPr>
          <w:rFonts w:ascii="Arial" w:hAnsi="Arial" w:cs="Arial"/>
        </w:rPr>
        <w:t xml:space="preserve"> </w:t>
      </w:r>
      <w:proofErr w:type="spellStart"/>
      <w:r w:rsidRPr="004C2CC8">
        <w:rPr>
          <w:rFonts w:ascii="Arial" w:hAnsi="Arial" w:cs="Arial"/>
        </w:rPr>
        <w:t>tangan</w:t>
      </w:r>
      <w:proofErr w:type="spellEnd"/>
      <w:r w:rsidRPr="004C2CC8">
        <w:rPr>
          <w:rFonts w:ascii="Arial" w:hAnsi="Arial" w:cs="Arial"/>
        </w:rPr>
        <w:t xml:space="preserve"> di </w:t>
      </w:r>
      <w:proofErr w:type="spellStart"/>
      <w:r w:rsidRPr="004C2CC8">
        <w:rPr>
          <w:rFonts w:ascii="Arial" w:hAnsi="Arial" w:cs="Arial"/>
        </w:rPr>
        <w:t>bawah</w:t>
      </w:r>
      <w:proofErr w:type="spellEnd"/>
      <w:r w:rsidRPr="004C2CC8">
        <w:rPr>
          <w:rFonts w:ascii="Arial" w:hAnsi="Arial" w:cs="Arial"/>
        </w:rPr>
        <w:t xml:space="preserve"> ini Kepala Desa Gandasoli, Kecamatan Tanjungsiang, Kabupaten Subang, menerangkan </w:t>
      </w:r>
      <w:proofErr w:type="gramStart"/>
      <w:r w:rsidRPr="004C2CC8">
        <w:rPr>
          <w:rFonts w:ascii="Arial" w:hAnsi="Arial" w:cs="Arial"/>
        </w:rPr>
        <w:t>bahwa :</w:t>
      </w:r>
      <w:proofErr w:type="gramEnd"/>
    </w:p>
    <w:p w14:paraId="424DA63E" w14:textId="77777777" w:rsidR="00FD7051" w:rsidRDefault="00FD7051" w:rsidP="004C2CC8">
      <w:pPr>
        <w:pStyle w:val="NoSpacing"/>
        <w:spacing w:line="276" w:lineRule="auto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9"/>
        <w:gridCol w:w="278"/>
        <w:gridCol w:w="5179"/>
      </w:tblGrid>
      <w:tr w:rsidR="00FD7051" w14:paraId="2DF1103A" w14:textId="77777777" w:rsidTr="00FD7051">
        <w:tc>
          <w:tcPr>
            <w:tcW w:w="3510" w:type="dxa"/>
          </w:tcPr>
          <w:p w14:paraId="0A7E6827" w14:textId="3DFF5CFD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C2CC8">
              <w:rPr>
                <w:rFonts w:ascii="Arial" w:hAnsi="Arial" w:cs="Arial"/>
              </w:rPr>
              <w:t>Nama Lengkap</w:t>
            </w:r>
          </w:p>
        </w:tc>
        <w:tc>
          <w:tcPr>
            <w:tcW w:w="236" w:type="dxa"/>
          </w:tcPr>
          <w:p w14:paraId="2E6E5944" w14:textId="6B3BE3CB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5110" w:type="dxa"/>
          </w:tcPr>
          <w:p w14:paraId="5A6348EA" w14:textId="3137B539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…………………………………………………………..</w:t>
            </w:r>
          </w:p>
        </w:tc>
      </w:tr>
      <w:tr w:rsidR="00FD7051" w14:paraId="585C8EF1" w14:textId="77777777" w:rsidTr="00FD7051">
        <w:tc>
          <w:tcPr>
            <w:tcW w:w="3510" w:type="dxa"/>
          </w:tcPr>
          <w:p w14:paraId="14084509" w14:textId="1F104AA7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C2CC8">
              <w:rPr>
                <w:rFonts w:ascii="Arial" w:hAnsi="Arial" w:cs="Arial"/>
              </w:rPr>
              <w:t>NIK</w:t>
            </w:r>
          </w:p>
        </w:tc>
        <w:tc>
          <w:tcPr>
            <w:tcW w:w="236" w:type="dxa"/>
          </w:tcPr>
          <w:p w14:paraId="1C4D1415" w14:textId="739ED635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5110" w:type="dxa"/>
          </w:tcPr>
          <w:p w14:paraId="54082ABE" w14:textId="7179C90E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…………………………………………………………..</w:t>
            </w:r>
          </w:p>
        </w:tc>
      </w:tr>
      <w:tr w:rsidR="00FD7051" w14:paraId="3A4C4BF9" w14:textId="77777777" w:rsidTr="00FD7051">
        <w:tc>
          <w:tcPr>
            <w:tcW w:w="3510" w:type="dxa"/>
          </w:tcPr>
          <w:p w14:paraId="71E49E2C" w14:textId="585B6A0C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proofErr w:type="spellStart"/>
            <w:r w:rsidRPr="004C2CC8">
              <w:rPr>
                <w:rFonts w:ascii="Arial" w:hAnsi="Arial" w:cs="Arial"/>
              </w:rPr>
              <w:t>Tempat</w:t>
            </w:r>
            <w:proofErr w:type="spellEnd"/>
            <w:r w:rsidRPr="004C2CC8">
              <w:rPr>
                <w:rFonts w:ascii="Arial" w:hAnsi="Arial" w:cs="Arial"/>
              </w:rPr>
              <w:t>, Tanggal Lahir</w:t>
            </w:r>
          </w:p>
        </w:tc>
        <w:tc>
          <w:tcPr>
            <w:tcW w:w="236" w:type="dxa"/>
          </w:tcPr>
          <w:p w14:paraId="6A94EA07" w14:textId="2F8CAC03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5110" w:type="dxa"/>
          </w:tcPr>
          <w:p w14:paraId="6DE30BE5" w14:textId="68231273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…………………………………………………………..</w:t>
            </w:r>
          </w:p>
        </w:tc>
      </w:tr>
      <w:tr w:rsidR="00FD7051" w14:paraId="1D08F176" w14:textId="77777777" w:rsidTr="00FD7051">
        <w:tc>
          <w:tcPr>
            <w:tcW w:w="3510" w:type="dxa"/>
          </w:tcPr>
          <w:p w14:paraId="1C0B6BFF" w14:textId="0C470E6B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C2CC8">
              <w:rPr>
                <w:rFonts w:ascii="Arial" w:hAnsi="Arial" w:cs="Arial"/>
              </w:rPr>
              <w:t>Jenis Kelamin</w:t>
            </w:r>
          </w:p>
        </w:tc>
        <w:tc>
          <w:tcPr>
            <w:tcW w:w="236" w:type="dxa"/>
          </w:tcPr>
          <w:p w14:paraId="7D3AD59F" w14:textId="42AFB333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5110" w:type="dxa"/>
          </w:tcPr>
          <w:p w14:paraId="5522399C" w14:textId="2487A311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…………………………………………………………..</w:t>
            </w:r>
          </w:p>
        </w:tc>
      </w:tr>
      <w:tr w:rsidR="00FD7051" w14:paraId="13364D1D" w14:textId="77777777" w:rsidTr="00FD7051">
        <w:tc>
          <w:tcPr>
            <w:tcW w:w="3510" w:type="dxa"/>
          </w:tcPr>
          <w:p w14:paraId="7B2402E5" w14:textId="68578933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C2CC8">
              <w:rPr>
                <w:rFonts w:ascii="Arial" w:hAnsi="Arial" w:cs="Arial"/>
              </w:rPr>
              <w:t>Agama</w:t>
            </w:r>
          </w:p>
        </w:tc>
        <w:tc>
          <w:tcPr>
            <w:tcW w:w="236" w:type="dxa"/>
          </w:tcPr>
          <w:p w14:paraId="2F9012E3" w14:textId="697A89A3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5110" w:type="dxa"/>
          </w:tcPr>
          <w:p w14:paraId="45316681" w14:textId="02877C20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…………………………………………………………..</w:t>
            </w:r>
          </w:p>
        </w:tc>
      </w:tr>
      <w:tr w:rsidR="00FD7051" w14:paraId="1E208777" w14:textId="77777777" w:rsidTr="00FD7051">
        <w:tc>
          <w:tcPr>
            <w:tcW w:w="3510" w:type="dxa"/>
          </w:tcPr>
          <w:p w14:paraId="25391ABE" w14:textId="19F3E7E9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proofErr w:type="spellStart"/>
            <w:r w:rsidRPr="004C2CC8">
              <w:rPr>
                <w:rFonts w:ascii="Arial" w:hAnsi="Arial" w:cs="Arial"/>
              </w:rPr>
              <w:t>Pekerjaan</w:t>
            </w:r>
            <w:proofErr w:type="spellEnd"/>
          </w:p>
        </w:tc>
        <w:tc>
          <w:tcPr>
            <w:tcW w:w="236" w:type="dxa"/>
          </w:tcPr>
          <w:p w14:paraId="1AC3B043" w14:textId="1CFF1173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5110" w:type="dxa"/>
          </w:tcPr>
          <w:p w14:paraId="604DA785" w14:textId="22B18CE7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…………………………………………………………..</w:t>
            </w:r>
          </w:p>
        </w:tc>
      </w:tr>
      <w:tr w:rsidR="00FD7051" w14:paraId="046B675B" w14:textId="77777777" w:rsidTr="00FD7051">
        <w:tc>
          <w:tcPr>
            <w:tcW w:w="3510" w:type="dxa"/>
          </w:tcPr>
          <w:p w14:paraId="60F99427" w14:textId="786E0688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C2CC8">
              <w:rPr>
                <w:rFonts w:ascii="Arial" w:hAnsi="Arial" w:cs="Arial"/>
              </w:rPr>
              <w:t>Alamat</w:t>
            </w:r>
          </w:p>
        </w:tc>
        <w:tc>
          <w:tcPr>
            <w:tcW w:w="236" w:type="dxa"/>
          </w:tcPr>
          <w:p w14:paraId="61B597A6" w14:textId="004D3D73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5110" w:type="dxa"/>
          </w:tcPr>
          <w:p w14:paraId="79C95705" w14:textId="10773305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…………………………………………………………..</w:t>
            </w:r>
          </w:p>
          <w:p w14:paraId="26F39F88" w14:textId="47ECFAAB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…………………………………………………………..</w:t>
            </w:r>
          </w:p>
          <w:p w14:paraId="0E87A256" w14:textId="69594045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…………………………………………………………..</w:t>
            </w:r>
          </w:p>
        </w:tc>
      </w:tr>
      <w:tr w:rsidR="00FD7051" w14:paraId="6CDC33DD" w14:textId="77777777" w:rsidTr="00FD7051">
        <w:tc>
          <w:tcPr>
            <w:tcW w:w="3510" w:type="dxa"/>
          </w:tcPr>
          <w:p w14:paraId="2768C4AF" w14:textId="119B6FE1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proofErr w:type="spellStart"/>
            <w:r w:rsidRPr="004C2CC8">
              <w:rPr>
                <w:rFonts w:ascii="Arial" w:hAnsi="Arial" w:cs="Arial"/>
              </w:rPr>
              <w:t>Keperluan</w:t>
            </w:r>
            <w:proofErr w:type="spellEnd"/>
          </w:p>
        </w:tc>
        <w:tc>
          <w:tcPr>
            <w:tcW w:w="236" w:type="dxa"/>
          </w:tcPr>
          <w:p w14:paraId="794E3102" w14:textId="2E3B21FF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5110" w:type="dxa"/>
          </w:tcPr>
          <w:p w14:paraId="47BB05D9" w14:textId="20038237" w:rsidR="00FD7051" w:rsidRDefault="00FD7051" w:rsidP="00FD7051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…………………………………………………………..</w:t>
            </w:r>
          </w:p>
        </w:tc>
      </w:tr>
    </w:tbl>
    <w:p w14:paraId="6EBE017A" w14:textId="77777777" w:rsidR="00FD7051" w:rsidRPr="004C2CC8" w:rsidRDefault="00FD7051" w:rsidP="004C2CC8">
      <w:pPr>
        <w:pStyle w:val="NoSpacing"/>
        <w:spacing w:line="276" w:lineRule="auto"/>
        <w:rPr>
          <w:rFonts w:ascii="Arial" w:hAnsi="Arial" w:cs="Arial"/>
        </w:rPr>
      </w:pPr>
    </w:p>
    <w:p w14:paraId="3F16EA38" w14:textId="77777777" w:rsidR="00E3338C" w:rsidRPr="004C2CC8" w:rsidRDefault="00000000" w:rsidP="00FD7051">
      <w:pPr>
        <w:pStyle w:val="NoSpacing"/>
        <w:spacing w:line="276" w:lineRule="auto"/>
        <w:jc w:val="both"/>
        <w:rPr>
          <w:rFonts w:ascii="Arial" w:hAnsi="Arial" w:cs="Arial"/>
        </w:rPr>
      </w:pPr>
      <w:proofErr w:type="spellStart"/>
      <w:r w:rsidRPr="004C2CC8">
        <w:rPr>
          <w:rFonts w:ascii="Arial" w:hAnsi="Arial" w:cs="Arial"/>
        </w:rPr>
        <w:t>Demikian</w:t>
      </w:r>
      <w:proofErr w:type="spellEnd"/>
      <w:r w:rsidRPr="004C2CC8">
        <w:rPr>
          <w:rFonts w:ascii="Arial" w:hAnsi="Arial" w:cs="Arial"/>
        </w:rPr>
        <w:t xml:space="preserve"> </w:t>
      </w:r>
      <w:proofErr w:type="spellStart"/>
      <w:r w:rsidRPr="004C2CC8">
        <w:rPr>
          <w:rFonts w:ascii="Arial" w:hAnsi="Arial" w:cs="Arial"/>
        </w:rPr>
        <w:t>surat</w:t>
      </w:r>
      <w:proofErr w:type="spellEnd"/>
      <w:r w:rsidRPr="004C2CC8">
        <w:rPr>
          <w:rFonts w:ascii="Arial" w:hAnsi="Arial" w:cs="Arial"/>
        </w:rPr>
        <w:t xml:space="preserve"> </w:t>
      </w:r>
      <w:proofErr w:type="spellStart"/>
      <w:r w:rsidRPr="004C2CC8">
        <w:rPr>
          <w:rFonts w:ascii="Arial" w:hAnsi="Arial" w:cs="Arial"/>
        </w:rPr>
        <w:t>keterangan</w:t>
      </w:r>
      <w:proofErr w:type="spellEnd"/>
      <w:r w:rsidRPr="004C2CC8">
        <w:rPr>
          <w:rFonts w:ascii="Arial" w:hAnsi="Arial" w:cs="Arial"/>
        </w:rPr>
        <w:t xml:space="preserve"> </w:t>
      </w:r>
      <w:proofErr w:type="spellStart"/>
      <w:r w:rsidRPr="004C2CC8">
        <w:rPr>
          <w:rFonts w:ascii="Arial" w:hAnsi="Arial" w:cs="Arial"/>
        </w:rPr>
        <w:t>ini</w:t>
      </w:r>
      <w:proofErr w:type="spellEnd"/>
      <w:r w:rsidRPr="004C2CC8">
        <w:rPr>
          <w:rFonts w:ascii="Arial" w:hAnsi="Arial" w:cs="Arial"/>
        </w:rPr>
        <w:t xml:space="preserve"> dibuat dengan sebenarnya dan diberikan kepada yang bersangkutan untuk dipergunakan sebagaimana mestinya.</w:t>
      </w:r>
    </w:p>
    <w:p w14:paraId="6D244D11" w14:textId="77777777" w:rsidR="00E3338C" w:rsidRPr="004C2CC8" w:rsidRDefault="00E3338C" w:rsidP="004C2CC8">
      <w:pPr>
        <w:pStyle w:val="NoSpacing"/>
        <w:spacing w:line="276" w:lineRule="auto"/>
        <w:rPr>
          <w:rFonts w:ascii="Arial" w:hAnsi="Arial" w:cs="Arial"/>
        </w:rPr>
      </w:pPr>
    </w:p>
    <w:p w14:paraId="1C0A1765" w14:textId="32545F5A" w:rsidR="00E3338C" w:rsidRDefault="00000000" w:rsidP="00FD7051">
      <w:pPr>
        <w:pStyle w:val="NoSpacing"/>
        <w:spacing w:line="276" w:lineRule="auto"/>
        <w:ind w:left="3600" w:firstLine="720"/>
        <w:rPr>
          <w:rFonts w:ascii="Arial" w:hAnsi="Arial" w:cs="Arial"/>
        </w:rPr>
      </w:pPr>
      <w:proofErr w:type="spellStart"/>
      <w:r w:rsidRPr="004C2CC8">
        <w:rPr>
          <w:rFonts w:ascii="Arial" w:hAnsi="Arial" w:cs="Arial"/>
        </w:rPr>
        <w:t>Gandasoli</w:t>
      </w:r>
      <w:proofErr w:type="spellEnd"/>
      <w:r w:rsidRPr="004C2CC8">
        <w:rPr>
          <w:rFonts w:ascii="Arial" w:hAnsi="Arial" w:cs="Arial"/>
        </w:rPr>
        <w:t xml:space="preserve">, </w:t>
      </w:r>
      <w:r w:rsidR="00FD7051">
        <w:rPr>
          <w:rFonts w:ascii="Arial" w:hAnsi="Arial" w:cs="Arial"/>
        </w:rPr>
        <w:t>…………………………</w:t>
      </w:r>
      <w:proofErr w:type="gramStart"/>
      <w:r w:rsidR="00FD7051">
        <w:rPr>
          <w:rFonts w:ascii="Arial" w:hAnsi="Arial" w:cs="Arial"/>
        </w:rPr>
        <w:t>…..</w:t>
      </w:r>
      <w:proofErr w:type="gramEnd"/>
    </w:p>
    <w:p w14:paraId="076021EB" w14:textId="77777777" w:rsidR="00FD7051" w:rsidRPr="004C2CC8" w:rsidRDefault="00FD7051" w:rsidP="004C2CC8">
      <w:pPr>
        <w:pStyle w:val="NoSpacing"/>
        <w:spacing w:line="276" w:lineRule="auto"/>
        <w:rPr>
          <w:rFonts w:ascii="Arial" w:hAnsi="Arial" w:cs="Arial"/>
        </w:rPr>
      </w:pPr>
    </w:p>
    <w:p w14:paraId="4A305189" w14:textId="77777777" w:rsidR="00E3338C" w:rsidRPr="004C2CC8" w:rsidRDefault="00000000" w:rsidP="00FD7051">
      <w:pPr>
        <w:pStyle w:val="NoSpacing"/>
        <w:spacing w:line="276" w:lineRule="auto"/>
        <w:ind w:left="3600" w:firstLine="720"/>
        <w:rPr>
          <w:rFonts w:ascii="Arial" w:hAnsi="Arial" w:cs="Arial"/>
        </w:rPr>
      </w:pPr>
      <w:r w:rsidRPr="004C2CC8">
        <w:rPr>
          <w:rFonts w:ascii="Arial" w:hAnsi="Arial" w:cs="Arial"/>
        </w:rPr>
        <w:t>KEPALA DESA GANDASOLI</w:t>
      </w:r>
    </w:p>
    <w:p w14:paraId="3AB4D86D" w14:textId="77777777" w:rsidR="00E3338C" w:rsidRPr="004C2CC8" w:rsidRDefault="00E3338C" w:rsidP="004C2CC8">
      <w:pPr>
        <w:pStyle w:val="NoSpacing"/>
        <w:spacing w:line="276" w:lineRule="auto"/>
        <w:rPr>
          <w:rFonts w:ascii="Arial" w:hAnsi="Arial" w:cs="Arial"/>
        </w:rPr>
      </w:pPr>
    </w:p>
    <w:p w14:paraId="46DF9767" w14:textId="77777777" w:rsidR="00E3338C" w:rsidRPr="004C2CC8" w:rsidRDefault="00E3338C" w:rsidP="004C2CC8">
      <w:pPr>
        <w:pStyle w:val="NoSpacing"/>
        <w:spacing w:line="276" w:lineRule="auto"/>
        <w:rPr>
          <w:rFonts w:ascii="Arial" w:hAnsi="Arial" w:cs="Arial"/>
        </w:rPr>
      </w:pPr>
    </w:p>
    <w:p w14:paraId="0AC0210A" w14:textId="77777777" w:rsidR="00E3338C" w:rsidRPr="004C2CC8" w:rsidRDefault="00E3338C" w:rsidP="004C2CC8">
      <w:pPr>
        <w:pStyle w:val="NoSpacing"/>
        <w:spacing w:line="276" w:lineRule="auto"/>
        <w:rPr>
          <w:rFonts w:ascii="Arial" w:hAnsi="Arial" w:cs="Arial"/>
        </w:rPr>
      </w:pPr>
    </w:p>
    <w:p w14:paraId="07C02F37" w14:textId="77777777" w:rsidR="00E3338C" w:rsidRPr="004C2CC8" w:rsidRDefault="00E3338C" w:rsidP="004C2CC8">
      <w:pPr>
        <w:pStyle w:val="NoSpacing"/>
        <w:spacing w:line="276" w:lineRule="auto"/>
        <w:rPr>
          <w:rFonts w:ascii="Arial" w:hAnsi="Arial" w:cs="Arial"/>
        </w:rPr>
      </w:pPr>
    </w:p>
    <w:p w14:paraId="72DFF565" w14:textId="77777777" w:rsidR="00E3338C" w:rsidRPr="00FD7051" w:rsidRDefault="00000000" w:rsidP="00FD7051">
      <w:pPr>
        <w:pStyle w:val="NoSpacing"/>
        <w:spacing w:line="276" w:lineRule="auto"/>
        <w:ind w:left="3600" w:firstLine="720"/>
        <w:rPr>
          <w:rFonts w:ascii="Arial" w:hAnsi="Arial" w:cs="Arial"/>
          <w:b/>
          <w:bCs/>
        </w:rPr>
      </w:pPr>
      <w:r w:rsidRPr="00FD7051">
        <w:rPr>
          <w:rFonts w:ascii="Arial" w:hAnsi="Arial" w:cs="Arial"/>
          <w:b/>
          <w:bCs/>
        </w:rPr>
        <w:t>ARES SAIP SUANDA</w:t>
      </w:r>
    </w:p>
    <w:sectPr w:rsidR="00E3338C" w:rsidRPr="00FD7051" w:rsidSect="004C2CC8">
      <w:headerReference w:type="default" r:id="rId8"/>
      <w:pgSz w:w="12240" w:h="2016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C7FB17" w14:textId="77777777" w:rsidR="00FC0D59" w:rsidRDefault="00FC0D59" w:rsidP="004C2CC8">
      <w:pPr>
        <w:spacing w:after="0" w:line="240" w:lineRule="auto"/>
      </w:pPr>
      <w:r>
        <w:separator/>
      </w:r>
    </w:p>
  </w:endnote>
  <w:endnote w:type="continuationSeparator" w:id="0">
    <w:p w14:paraId="0E23C810" w14:textId="77777777" w:rsidR="00FC0D59" w:rsidRDefault="00FC0D59" w:rsidP="004C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8D2EE2" w14:textId="77777777" w:rsidR="00FC0D59" w:rsidRDefault="00FC0D59" w:rsidP="004C2CC8">
      <w:pPr>
        <w:spacing w:after="0" w:line="240" w:lineRule="auto"/>
      </w:pPr>
      <w:r>
        <w:separator/>
      </w:r>
    </w:p>
  </w:footnote>
  <w:footnote w:type="continuationSeparator" w:id="0">
    <w:p w14:paraId="6F763B7D" w14:textId="77777777" w:rsidR="00FC0D59" w:rsidRDefault="00FC0D59" w:rsidP="004C2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51E1DE" w14:textId="00E4CCA0" w:rsidR="004C2CC8" w:rsidRDefault="004C2CC8" w:rsidP="004C2CC8">
    <w:pPr>
      <w:pStyle w:val="Header"/>
      <w:jc w:val="center"/>
    </w:pPr>
    <w:r>
      <w:rPr>
        <w:noProof/>
      </w:rPr>
      <w:drawing>
        <wp:inline distT="0" distB="0" distL="0" distR="0" wp14:anchorId="648AD98F" wp14:editId="66E6D792">
          <wp:extent cx="996778" cy="1079727"/>
          <wp:effectExtent l="0" t="0" r="0" b="0"/>
          <wp:docPr id="187661088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6610882" name="Picture 18766108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365" cy="1134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466003">
    <w:abstractNumId w:val="8"/>
  </w:num>
  <w:num w:numId="2" w16cid:durableId="2006204375">
    <w:abstractNumId w:val="6"/>
  </w:num>
  <w:num w:numId="3" w16cid:durableId="603997694">
    <w:abstractNumId w:val="5"/>
  </w:num>
  <w:num w:numId="4" w16cid:durableId="391852661">
    <w:abstractNumId w:val="4"/>
  </w:num>
  <w:num w:numId="5" w16cid:durableId="467826042">
    <w:abstractNumId w:val="7"/>
  </w:num>
  <w:num w:numId="6" w16cid:durableId="2145156596">
    <w:abstractNumId w:val="3"/>
  </w:num>
  <w:num w:numId="7" w16cid:durableId="480540121">
    <w:abstractNumId w:val="2"/>
  </w:num>
  <w:num w:numId="8" w16cid:durableId="789251008">
    <w:abstractNumId w:val="1"/>
  </w:num>
  <w:num w:numId="9" w16cid:durableId="16433918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2CC8"/>
    <w:rsid w:val="008F5B40"/>
    <w:rsid w:val="00AA1D8D"/>
    <w:rsid w:val="00B47730"/>
    <w:rsid w:val="00CB0664"/>
    <w:rsid w:val="00E3338C"/>
    <w:rsid w:val="00FC0D59"/>
    <w:rsid w:val="00FC693F"/>
    <w:rsid w:val="00FD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2055F2"/>
  <w14:defaultImageDpi w14:val="300"/>
  <w15:docId w15:val="{3BD36CE3-F22B-FB4A-8ECD-076BA5E54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Jarot</cp:lastModifiedBy>
  <cp:revision>2</cp:revision>
  <dcterms:created xsi:type="dcterms:W3CDTF">2013-12-23T23:15:00Z</dcterms:created>
  <dcterms:modified xsi:type="dcterms:W3CDTF">2026-08-02T07:09:00Z</dcterms:modified>
  <cp:category/>
</cp:coreProperties>
</file>