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  <w:sz w:val="26"/>
        </w:rPr>
        <w:t>PEMERINTAH KABUPATEN SUBANG</w:t>
      </w:r>
    </w:p>
    <w:p>
      <w:pPr>
        <w:spacing w:after="0" w:before="0"/>
        <w:jc w:val="center"/>
      </w:pPr>
      <w:r>
        <w:rPr>
          <w:b/>
          <w:sz w:val="26"/>
        </w:rPr>
        <w:t>KECAMATAN TANJUNGSIANG</w:t>
      </w:r>
    </w:p>
    <w:p>
      <w:pPr>
        <w:spacing w:after="0" w:before="0"/>
        <w:jc w:val="center"/>
      </w:pPr>
      <w:r>
        <w:rPr>
          <w:b/>
          <w:sz w:val="30"/>
        </w:rPr>
        <w:t>DESA GANDASOLI</w:t>
      </w:r>
    </w:p>
    <w:p>
      <w:pPr>
        <w:spacing w:after="0" w:before="0"/>
        <w:jc w:val="center"/>
      </w:pPr>
      <w:r>
        <w:rPr>
          <w:b w:val="0"/>
          <w:sz w:val="20"/>
        </w:rPr>
        <w:t>Alamat : Jl. Desa Gandasoli No. 6 - Kode Pos 41284</w:t>
      </w:r>
    </w:p>
    <w:p>
      <w:pPr>
        <w:spacing w:after="20"/>
        <w:jc w:val="center"/>
        <w:pBdr>
          <w:bottom w:val="single" w:sz="6" w:space="1" w:color="000000"/>
        </w:pBdr>
      </w:pPr>
    </w:p>
    <w:p>
      <w:pPr>
        <w:spacing w:after="20"/>
        <w:jc w:val="center"/>
        <w:pBdr>
          <w:bottom w:val="single" w:sz="4" w:space="1" w:color="000000"/>
        </w:pBdr>
      </w:pPr>
    </w:p>
    <w:p>
      <w:pPr>
        <w:spacing w:after="40"/>
      </w:pPr>
    </w:p>
    <w:p>
      <w:pPr>
        <w:spacing w:after="200"/>
        <w:jc w:val="center"/>
      </w:pPr>
      <w:r>
        <w:rPr>
          <w:b/>
          <w:sz w:val="26"/>
          <w:u w:val="single"/>
        </w:rPr>
        <w:t>FORMULIR PERMOHONAN PELAYANAN DESA</w:t>
      </w:r>
    </w:p>
    <w:p>
      <w:r>
        <w:t>No. Pendaftaran : ....... /FP/GANDASOLI/2026</w:t>
      </w:r>
    </w:p>
    <w:p/>
    <w:p>
      <w:r>
        <w:t>JENIS PELAYANAN (centang salah satu) :</w:t>
      </w:r>
    </w:p>
    <w:p>
      <w:pPr>
        <w:ind w:left="850"/>
      </w:pPr>
      <w:r>
        <w:rPr>
          <w:sz w:val="22"/>
        </w:rPr>
        <w:t>[ ] Surat Keterangan Domisili</w:t>
      </w:r>
    </w:p>
    <w:p>
      <w:pPr>
        <w:ind w:left="850"/>
      </w:pPr>
      <w:r>
        <w:rPr>
          <w:sz w:val="22"/>
        </w:rPr>
        <w:t>[ ] Surat Pengantar SKCK</w:t>
      </w:r>
    </w:p>
    <w:p>
      <w:pPr>
        <w:ind w:left="850"/>
      </w:pPr>
      <w:r>
        <w:rPr>
          <w:sz w:val="22"/>
        </w:rPr>
        <w:t>[ ] Surat Keterangan Tidak Mampu</w:t>
      </w:r>
    </w:p>
    <w:p>
      <w:pPr>
        <w:ind w:left="850"/>
      </w:pPr>
      <w:r>
        <w:rPr>
          <w:sz w:val="22"/>
        </w:rPr>
        <w:t>[ ] Surat Keterangan Usaha</w:t>
      </w:r>
    </w:p>
    <w:p>
      <w:pPr>
        <w:ind w:left="850"/>
      </w:pPr>
      <w:r>
        <w:rPr>
          <w:sz w:val="22"/>
        </w:rPr>
        <w:t>[ ] Surat Keterangan Kematian</w:t>
      </w:r>
    </w:p>
    <w:p>
      <w:pPr>
        <w:ind w:left="850"/>
      </w:pPr>
      <w:r>
        <w:rPr>
          <w:sz w:val="22"/>
        </w:rPr>
        <w:t>[ ] Surat Pengantar KTP/KK</w:t>
      </w:r>
    </w:p>
    <w:p>
      <w:pPr>
        <w:ind w:left="850"/>
      </w:pPr>
      <w:r>
        <w:rPr>
          <w:sz w:val="22"/>
        </w:rPr>
        <w:t>[ ] Surat Keterangan Lainnya : .....................</w:t>
      </w:r>
    </w:p>
    <w:p/>
    <w:p>
      <w:r>
        <w:t>A. DATA PEMOHON 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24"/>
              </w:rPr>
              <w:t>1. Nama Lengkap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 ..................................................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2. NIK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 ..................................................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3. Tempat, Tanggal Lahir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 ..................................................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4. Jenis Kelamin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 [ ] Laki-laki   [ ] Perempuan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5. Agama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 ..................................................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6. Pekerjaan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 ..................................................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7. Alamat Lengkap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 Dusun ........ RT/RW ........ Desa GANDASOLI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8. No. HP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 ..................................................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9. Keperluan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 ..................................................</w:t>
            </w:r>
          </w:p>
        </w:tc>
      </w:tr>
    </w:tbl>
    <w:p/>
    <w:p>
      <w:r>
        <w:t>B. PERSYARATAN (centang yang sudah dilengkapi) :</w:t>
      </w:r>
    </w:p>
    <w:p>
      <w:pPr>
        <w:ind w:left="850"/>
      </w:pPr>
      <w:r>
        <w:rPr>
          <w:sz w:val="22"/>
        </w:rPr>
        <w:t>[ ] Fotokopi KTP</w:t>
      </w:r>
    </w:p>
    <w:p>
      <w:pPr>
        <w:ind w:left="850"/>
      </w:pPr>
      <w:r>
        <w:rPr>
          <w:sz w:val="22"/>
        </w:rPr>
        <w:t>[ ] Fotokopi Kartu Keluarga</w:t>
      </w:r>
    </w:p>
    <w:p>
      <w:pPr>
        <w:ind w:left="850"/>
      </w:pPr>
      <w:r>
        <w:rPr>
          <w:sz w:val="22"/>
        </w:rPr>
        <w:t>[ ] Surat Pengantar RT/RW</w:t>
      </w:r>
    </w:p>
    <w:p>
      <w:pPr>
        <w:ind w:left="850"/>
      </w:pPr>
      <w:r>
        <w:rPr>
          <w:sz w:val="22"/>
        </w:rPr>
        <w:t>[ ] Pas Foto (bila diperlukan)</w:t>
      </w:r>
    </w:p>
    <w:p>
      <w:pPr>
        <w:ind w:left="850"/>
      </w:pPr>
      <w:r>
        <w:rPr>
          <w:sz w:val="22"/>
        </w:rPr>
        <w:t>[ ] Lainnya : .....................</w:t>
      </w:r>
    </w:p>
    <w:p/>
    <w:p>
      <w:r>
        <w:t>C. TANDA TERIMA BERKAS :</w:t>
      </w:r>
    </w:p>
    <w:p>
      <w:r>
        <w:t>Diterima oleh : ............................  Tanggal : ............................</w:t>
      </w:r>
    </w:p>
    <w:p/>
    <w:p/>
    <w:p>
      <w:pPr>
        <w:jc w:val="right"/>
      </w:pPr>
      <w:r>
        <w:rPr>
          <w:sz w:val="24"/>
        </w:rPr>
        <w:t>Pemohon,</w:t>
      </w:r>
    </w:p>
    <w:p>
      <w:pPr>
        <w:jc w:val="right"/>
      </w:pPr>
      <w:r>
        <w:rPr>
          <w:sz w:val="24"/>
        </w:rPr>
      </w:r>
    </w:p>
    <w:p>
      <w:pPr>
        <w:jc w:val="right"/>
      </w:pPr>
      <w:r>
        <w:rPr>
          <w:sz w:val="24"/>
        </w:rPr>
      </w:r>
    </w:p>
    <w:p>
      <w:pPr>
        <w:jc w:val="right"/>
      </w:pPr>
      <w:r>
        <w:rPr>
          <w:sz w:val="24"/>
        </w:rPr>
        <w:t>(........................................)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